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(פ״י/ו).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י/ו־ל־ד – הנ׳ מוספית של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 · הפעיל · נשארו: ו־ר־ד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 · נפעל · נשארו: ו־ל־ד · שורש: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 · הופעל · נשארו: ו־ב־ל · שורש: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 · קל · נשארו: י־ר־ד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נוֹ־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י/ו־ע־ץ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פ״י/ו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השיעור – גזרת פ״י/ו – האות הראשונה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בהופעל של פ״י/ו יש שורוק: הוּבַל.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 והֵיטִיב הם חלק מחמשת השורשים בהֵי־.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בעתיד קל של פ״י/ו יש לפעמים חיריק מלא: אִישַׁן.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נוֹלַד הוא נ־ל־ד.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לְהוֹרִיד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נשמע „הוא אתמול” בנפעל של פ״י/ו?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נוֹ־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נָ־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הוּבַל – לאיזה בניין מעבירים כדי למצוא שורש?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„יָשַׁבְנוּ”?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ש־י/ו־ב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ש־ב־י/ה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י/ו־ש־ב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נ־ש־ב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„נוֹעָץ”?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ע־ץ־י/ה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נ־ע־ץ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י/ו־ע־ץ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ע־י/ו־ץ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„הוֹרִידָה”?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נ־ר־ד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י/ו־ר־ד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ר־ד־י/ה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„הוֹדִיעוּ”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השיעור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