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השיעור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עיקרי השיעור: מושגים, שיטת הבלש וזיהוי הגזרה.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📖 השיעור (פ״י/ו).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נשמע נוֹ־: נוֹלַד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יָשַׁן · קל · נשארו: י־ש־ן · שורש: י/ו־ש־ן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הוֹשִׁיב · הפעיל · נשארו: ו־ש־ב · שורש: 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יָרַד · קל · נשארו: י־ר־ד · שורש: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נוֹ־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י/ו־ל־ד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פ״י/ו · השיעור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השיעור.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י/ו־ב־ל  |  י/ו־ד־ע  |  י/ו־ל־ד  |  י/ו־ס־ף  |  י/ו־ר־ד  |  י/ו־ש־ב  |  י/ו־ש־ן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בגזרת פ״י/ו האות הראשונה בשורש היא י׳ או ו׳.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בהפעיל, פ״י/ו נשמע בדרך כלל הוֹ־: הוֹרִיד.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בנפעל, פ״י/ו נשמע נִ־ רגיל: „נִוְלַד”.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בהופעל של פ״י/ו יש שורוק: הוּבַל.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אִישַׁן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יָשַׁן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הוֹשִׁיבָה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הוֹשִׁיב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יָרַד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יָרַד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הבנה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איך נשמע „הוא אתמול” בנפעל של פ״י/ו?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נוֹ־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נִ־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נָ־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הוּבַל – לאיזה בניין מעבירים כדי למצוא שורש?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הפעיל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קל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פיעל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השורש של „נוֹלַד”?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י/ו־ל־ד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ל־ד־י/ה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ל־י/ו־ד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מה השורש של „הוֹרִידָה”?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ר־י/ו־ד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נ־ר־ד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י/ו־ר־ד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סיכום במילים 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הסבירו במילים שלכם: איך מוצאים את השורש של פועל מהגזרה שלמדנו? תנו דוגמה אחת משלכם.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כתבו את הצעדים לפי הסדר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הוסיפו דוגמה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ציינו את הסימן המיוחד של הגזרה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„הוֹסִיף”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השיעור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