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פ״י/ו · משחק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גרסה מודפסת של המשחק: חילוץ שורשים, מיון וזיכרון.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🎮 משחק (פ״י/ו).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י/ו־ס־ף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י/ו־ל־ד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י/ו־ב־ל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י/ו־ד־ע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🟢 פ״י/ו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הוֹרִידָה, הוֹבִיל, אִישַׁן, יָרַד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 אחרת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לִבְנוֹת, הֵרִים, הִפְנָה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י/ו־ד־ע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י/ו־ב־ל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י/ו־ש־ב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י/ו־ס־ף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י/ו־ר־ד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🎮 פ״י/ו · משחק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תרגול: משחק. משפטים קצרים. יש מילון קטן למעלה.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אותיות שנותנות למילה את המשמעות (root)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קבוצת שורשים שמתנהגים אותו דבר (verb class)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בניין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🏗️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דפוס של פועל: קל, נפעל, פיעל, פועל, הפעיל, הופעל, התפעל (verb pattern)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מוספיות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✂️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אותיות שהבניין או הזמן מוסיפים לשורש (added letters)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נחה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שנכתבת ולא נשמעת, או נעלמת (silent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נקודה בתוך אות (dot inside a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שקרה כבר (past)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הווה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⏺️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שקורה עכשיו (present)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עתיד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שיקרה (future)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סבב 1: מבצע חילוץ שורשים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בחרו את השורש הנכון. כל תשובה נכונה = ⭐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השורש של „הוֹסִיף” הוא: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ס־ף־י/ה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י/ו־ס־ף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ס־י/ו־ף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השורש של „נוֹלַד” הוא: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ל־י/ו־ד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נ־ל־ד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י/ו־ל־ד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השורש של „הוֹבִיל” הוא: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י/ו־ב־ל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ב־י/ו־ל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נ־ב־ל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השורש של „הוֹדִיעוּ” הוא: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ד־ע־י/ה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י/ו־ד־ע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ד־י/ו־ע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סבב 2: מיון מהיר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כל פועל בעמודה המתאימה.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בנק מילים: לִבְנוֹת  |  הוֹבִיל  |  הֵרִים  |  הוֹרִידָה  |  אִישַׁן  |  יָרַד  |  הִפְנָה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🟢 פ״י/ו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גזרה אחרת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סבב 3: זוגות זיכרון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לכל פועל את השורש שלו: כתבו את האות של התשובה.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הוֹדִיעוּ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י/ו־ר־ד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הוֹבִיל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י/ו־ס־ף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הוֹשִׁיבָה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י/ו־ש־ב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הוֹסִיף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י/ו־ב־ל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הוֹרִידָה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י/ו־ד־ע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המציאו קלפי משחק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המציאו 4 קלפים חדשים למשחק: בכל קלף פועל במשפט קצר, ומאחור – השורש והגזרה.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פועל אחד מכל גזרה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„הוֹדִיעוּ”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פ״י/ו · משחק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